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4C21" w14:textId="77777777" w:rsidR="00043792" w:rsidRPr="007722E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b/>
          <w:sz w:val="24"/>
          <w:szCs w:val="24"/>
        </w:rPr>
        <w:t>KÖRÖSLADÁNY VÁROS ÖNKORMÁNYZATA</w:t>
      </w:r>
    </w:p>
    <w:p w14:paraId="6ED151B9" w14:textId="77777777" w:rsidR="00043792" w:rsidRPr="007722E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5516 Körösladány, Dózsa György út 2.</w:t>
      </w:r>
    </w:p>
    <w:p w14:paraId="6F3907D6" w14:textId="77777777" w:rsidR="00043792" w:rsidRPr="007722E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b/>
          <w:sz w:val="24"/>
          <w:szCs w:val="24"/>
        </w:rPr>
        <w:t>REGISZTRÁCIÓS – IGÉNYLÉSI – ÁTVÉTELI FORMANYOMTATVÁNY</w:t>
      </w:r>
    </w:p>
    <w:p w14:paraId="79EE90A7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3 példányban kitöltendő – minden példányon azonos regisztrációs szám.</w:t>
      </w:r>
    </w:p>
    <w:p w14:paraId="503056DF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Regisztrációs szám: __________________________</w:t>
      </w:r>
    </w:p>
    <w:p w14:paraId="69817AC2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Igénylő neve: __________________________________________________________</w:t>
      </w:r>
    </w:p>
    <w:p w14:paraId="274F44D6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Születési neve: __________________________________________________________</w:t>
      </w:r>
    </w:p>
    <w:p w14:paraId="27108FD9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Születési hely, idő: __________________________________________________________</w:t>
      </w:r>
    </w:p>
    <w:p w14:paraId="416B43F6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 xml:space="preserve">Anyja </w:t>
      </w:r>
      <w:proofErr w:type="gramStart"/>
      <w:r w:rsidRPr="007722E1">
        <w:rPr>
          <w:rFonts w:ascii="Times New Roman" w:hAnsi="Times New Roman" w:cs="Times New Roman"/>
          <w:sz w:val="24"/>
          <w:szCs w:val="24"/>
        </w:rPr>
        <w:t>neve</w:t>
      </w:r>
      <w:proofErr w:type="gramEnd"/>
      <w:r w:rsidRPr="007722E1">
        <w:rPr>
          <w:rFonts w:ascii="Times New Roman" w:hAnsi="Times New Roman" w:cs="Times New Roman"/>
          <w:sz w:val="24"/>
          <w:szCs w:val="24"/>
        </w:rPr>
        <w:t>: __________________________________________________________</w:t>
      </w:r>
    </w:p>
    <w:p w14:paraId="4B1AFCD3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Lakcím: __________________________________________________________</w:t>
      </w:r>
    </w:p>
    <w:p w14:paraId="6561F6ED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Telefonszám: __________________________________________________________</w:t>
      </w:r>
    </w:p>
    <w:p w14:paraId="7A4ADEDA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E-mail cím: __________________________________________________________</w:t>
      </w:r>
    </w:p>
    <w:p w14:paraId="25543B98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Telepítés címe/helye: __________________________________________________________</w:t>
      </w:r>
    </w:p>
    <w:p w14:paraId="2B7F0D5D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 xml:space="preserve">Telepítés: </w:t>
      </w:r>
      <w:r w:rsidRPr="007722E1">
        <w:rPr>
          <w:rFonts w:ascii="Segoe UI Symbol" w:hAnsi="Segoe UI Symbol" w:cs="Segoe UI Symbol"/>
          <w:sz w:val="24"/>
          <w:szCs w:val="24"/>
        </w:rPr>
        <w:t>☐</w:t>
      </w:r>
      <w:r w:rsidRPr="007722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2E1">
        <w:rPr>
          <w:rFonts w:ascii="Times New Roman" w:hAnsi="Times New Roman" w:cs="Times New Roman"/>
          <w:sz w:val="24"/>
          <w:szCs w:val="24"/>
        </w:rPr>
        <w:t xml:space="preserve">magánterület  </w:t>
      </w:r>
      <w:r w:rsidRPr="007722E1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7722E1">
        <w:rPr>
          <w:rFonts w:ascii="Times New Roman" w:hAnsi="Times New Roman" w:cs="Times New Roman"/>
          <w:sz w:val="24"/>
          <w:szCs w:val="24"/>
        </w:rPr>
        <w:t xml:space="preserve"> közhasználatú terület</w:t>
      </w:r>
    </w:p>
    <w:p w14:paraId="443065C7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 xml:space="preserve">Magánterület esetén: </w:t>
      </w:r>
      <w:r w:rsidRPr="007722E1">
        <w:rPr>
          <w:rFonts w:ascii="Segoe UI Symbol" w:hAnsi="Segoe UI Symbol" w:cs="Segoe UI Symbol"/>
          <w:sz w:val="24"/>
          <w:szCs w:val="24"/>
        </w:rPr>
        <w:t>☐</w:t>
      </w:r>
      <w:r w:rsidRPr="007722E1">
        <w:rPr>
          <w:rFonts w:ascii="Times New Roman" w:hAnsi="Times New Roman" w:cs="Times New Roman"/>
          <w:sz w:val="24"/>
          <w:szCs w:val="24"/>
        </w:rPr>
        <w:t xml:space="preserve"> saját </w:t>
      </w:r>
      <w:proofErr w:type="gramStart"/>
      <w:r w:rsidRPr="007722E1">
        <w:rPr>
          <w:rFonts w:ascii="Times New Roman" w:hAnsi="Times New Roman" w:cs="Times New Roman"/>
          <w:sz w:val="24"/>
          <w:szCs w:val="24"/>
        </w:rPr>
        <w:t xml:space="preserve">tulajdon  </w:t>
      </w:r>
      <w:r w:rsidRPr="007722E1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7722E1">
        <w:rPr>
          <w:rFonts w:ascii="Times New Roman" w:hAnsi="Times New Roman" w:cs="Times New Roman"/>
          <w:sz w:val="24"/>
          <w:szCs w:val="24"/>
        </w:rPr>
        <w:t xml:space="preserve"> tulajdonosi hozzájárulás csatolva</w:t>
      </w:r>
    </w:p>
    <w:p w14:paraId="0FBD5797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Közhasználatú terület esetén helyszíni jóváhagyás száma/dátuma: __________________________</w:t>
      </w:r>
    </w:p>
    <w:p w14:paraId="6DD5FC97" w14:textId="77777777" w:rsidR="00043792" w:rsidRPr="007722E1" w:rsidRDefault="00000000" w:rsidP="007722E1">
      <w:pPr>
        <w:pStyle w:val="Cmsor1"/>
        <w:jc w:val="both"/>
        <w:rPr>
          <w:rFonts w:ascii="Times New Roman" w:hAnsi="Times New Roman" w:cs="Times New Roman"/>
          <w:color w:val="auto"/>
          <w:szCs w:val="24"/>
        </w:rPr>
      </w:pPr>
      <w:r w:rsidRPr="007722E1">
        <w:rPr>
          <w:rFonts w:ascii="Times New Roman" w:hAnsi="Times New Roman" w:cs="Times New Roman"/>
          <w:color w:val="auto"/>
          <w:szCs w:val="24"/>
        </w:rPr>
        <w:t>Igénylés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21"/>
        <w:gridCol w:w="3320"/>
        <w:gridCol w:w="3321"/>
      </w:tblGrid>
      <w:tr w:rsidR="00043792" w:rsidRPr="007722E1" w14:paraId="6FE33871" w14:textId="77777777">
        <w:tc>
          <w:tcPr>
            <w:tcW w:w="3324" w:type="dxa"/>
          </w:tcPr>
          <w:p w14:paraId="45482AA9" w14:textId="77777777" w:rsidR="00043792" w:rsidRPr="007722E1" w:rsidRDefault="00000000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2E1">
              <w:rPr>
                <w:rFonts w:ascii="Times New Roman" w:hAnsi="Times New Roman" w:cs="Times New Roman"/>
                <w:sz w:val="24"/>
                <w:szCs w:val="24"/>
              </w:rPr>
              <w:t>Igényelt faj/fajta</w:t>
            </w:r>
          </w:p>
        </w:tc>
        <w:tc>
          <w:tcPr>
            <w:tcW w:w="3324" w:type="dxa"/>
          </w:tcPr>
          <w:p w14:paraId="7C996E55" w14:textId="77777777" w:rsidR="00043792" w:rsidRPr="007722E1" w:rsidRDefault="00000000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2E1">
              <w:rPr>
                <w:rFonts w:ascii="Times New Roman" w:hAnsi="Times New Roman" w:cs="Times New Roman"/>
                <w:sz w:val="24"/>
                <w:szCs w:val="24"/>
              </w:rPr>
              <w:t>Darab</w:t>
            </w:r>
          </w:p>
        </w:tc>
        <w:tc>
          <w:tcPr>
            <w:tcW w:w="3324" w:type="dxa"/>
          </w:tcPr>
          <w:p w14:paraId="252AA406" w14:textId="77777777" w:rsidR="00043792" w:rsidRPr="007722E1" w:rsidRDefault="00000000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2E1">
              <w:rPr>
                <w:rFonts w:ascii="Times New Roman" w:hAnsi="Times New Roman" w:cs="Times New Roman"/>
                <w:sz w:val="24"/>
                <w:szCs w:val="24"/>
              </w:rPr>
              <w:t>Megjegyzés</w:t>
            </w:r>
          </w:p>
        </w:tc>
      </w:tr>
      <w:tr w:rsidR="00043792" w:rsidRPr="007722E1" w14:paraId="403405A4" w14:textId="77777777">
        <w:tc>
          <w:tcPr>
            <w:tcW w:w="3324" w:type="dxa"/>
          </w:tcPr>
          <w:p w14:paraId="7AF94514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47DBFE2F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5DB33CE5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792" w:rsidRPr="007722E1" w14:paraId="24A9412F" w14:textId="77777777">
        <w:tc>
          <w:tcPr>
            <w:tcW w:w="3324" w:type="dxa"/>
          </w:tcPr>
          <w:p w14:paraId="26C9465D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129D12D6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2EE8664C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792" w:rsidRPr="007722E1" w14:paraId="0FB2EB09" w14:textId="77777777">
        <w:tc>
          <w:tcPr>
            <w:tcW w:w="3324" w:type="dxa"/>
          </w:tcPr>
          <w:p w14:paraId="0C367E2C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21930626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205FA112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792" w:rsidRPr="007722E1" w14:paraId="72704571" w14:textId="77777777">
        <w:tc>
          <w:tcPr>
            <w:tcW w:w="3324" w:type="dxa"/>
          </w:tcPr>
          <w:p w14:paraId="5DEF7449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464D0151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13385061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792" w:rsidRPr="007722E1" w14:paraId="42956033" w14:textId="77777777">
        <w:tc>
          <w:tcPr>
            <w:tcW w:w="3324" w:type="dxa"/>
          </w:tcPr>
          <w:p w14:paraId="582506B2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1F7EC43E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5D3B2F60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9854B3" w14:textId="77777777" w:rsidR="00043792" w:rsidRPr="007722E1" w:rsidRDefault="00000000" w:rsidP="007722E1">
      <w:pPr>
        <w:pStyle w:val="Cmsor1"/>
        <w:jc w:val="both"/>
        <w:rPr>
          <w:rFonts w:ascii="Times New Roman" w:hAnsi="Times New Roman" w:cs="Times New Roman"/>
          <w:color w:val="auto"/>
          <w:szCs w:val="24"/>
        </w:rPr>
      </w:pPr>
      <w:r w:rsidRPr="007722E1">
        <w:rPr>
          <w:rFonts w:ascii="Times New Roman" w:hAnsi="Times New Roman" w:cs="Times New Roman"/>
          <w:color w:val="auto"/>
          <w:szCs w:val="24"/>
        </w:rPr>
        <w:t>Igénylő nyilatkozatai</w:t>
      </w:r>
    </w:p>
    <w:p w14:paraId="29F63E81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Segoe UI Symbol" w:hAnsi="Segoe UI Symbol" w:cs="Segoe UI Symbol"/>
          <w:sz w:val="24"/>
          <w:szCs w:val="24"/>
        </w:rPr>
        <w:t>☐</w:t>
      </w:r>
      <w:r w:rsidRPr="007722E1">
        <w:rPr>
          <w:rFonts w:ascii="Times New Roman" w:hAnsi="Times New Roman" w:cs="Times New Roman"/>
          <w:sz w:val="24"/>
          <w:szCs w:val="24"/>
        </w:rPr>
        <w:t xml:space="preserve"> A program részletes feltételeit és az ültetés szabályait megismertem és elfogadom.</w:t>
      </w:r>
    </w:p>
    <w:p w14:paraId="66C8AEDB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Segoe UI Symbol" w:hAnsi="Segoe UI Symbol" w:cs="Segoe UI Symbol"/>
          <w:sz w:val="24"/>
          <w:szCs w:val="24"/>
        </w:rPr>
        <w:t>☐</w:t>
      </w:r>
      <w:r w:rsidRPr="007722E1">
        <w:rPr>
          <w:rFonts w:ascii="Times New Roman" w:hAnsi="Times New Roman" w:cs="Times New Roman"/>
          <w:sz w:val="24"/>
          <w:szCs w:val="24"/>
        </w:rPr>
        <w:t xml:space="preserve"> Vállalom a növény 2 éves, saját költségű gondozását.</w:t>
      </w:r>
    </w:p>
    <w:p w14:paraId="3BE8F927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Segoe UI Symbol" w:hAnsi="Segoe UI Symbol" w:cs="Segoe UI Symbol"/>
          <w:sz w:val="24"/>
          <w:szCs w:val="24"/>
        </w:rPr>
        <w:t>☐</w:t>
      </w:r>
      <w:r w:rsidRPr="007722E1">
        <w:rPr>
          <w:rFonts w:ascii="Times New Roman" w:hAnsi="Times New Roman" w:cs="Times New Roman"/>
          <w:sz w:val="24"/>
          <w:szCs w:val="24"/>
        </w:rPr>
        <w:t xml:space="preserve"> Vállalom, hogy a 2 éves időszak alatt elpusztult, eltűnt vagy rendeltetését betölteni nem képes növényt saját költségemen, az Önkormányzattal előzetesen egyeztetve pótolom.</w:t>
      </w:r>
    </w:p>
    <w:p w14:paraId="73AB0EBA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7722E1">
        <w:rPr>
          <w:rFonts w:ascii="Times New Roman" w:hAnsi="Times New Roman" w:cs="Times New Roman"/>
          <w:sz w:val="24"/>
          <w:szCs w:val="24"/>
        </w:rPr>
        <w:t xml:space="preserve"> Tudomásul veszem és tűröm a Polgármesteri Hivatal megbízottjainak 6 havonta történő ellenőrzését; magánterületen előzetesen egyeztetett időpontban biztosítom a növény megtekintését.</w:t>
      </w:r>
    </w:p>
    <w:p w14:paraId="0460F34E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Segoe UI Symbol" w:hAnsi="Segoe UI Symbol" w:cs="Segoe UI Symbol"/>
          <w:sz w:val="24"/>
          <w:szCs w:val="24"/>
        </w:rPr>
        <w:t>☐</w:t>
      </w:r>
      <w:r w:rsidRPr="007722E1">
        <w:rPr>
          <w:rFonts w:ascii="Times New Roman" w:hAnsi="Times New Roman" w:cs="Times New Roman"/>
          <w:sz w:val="24"/>
          <w:szCs w:val="24"/>
        </w:rPr>
        <w:t xml:space="preserve"> Közhasználatú terület esetén kizárólag a jóváhagyott helyre és jóváhagyott fajt telepítem, és tudomásul veszem, hogy a növény az Önkormányzat tulajdonában marad.</w:t>
      </w:r>
    </w:p>
    <w:p w14:paraId="1662A306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Segoe UI Symbol" w:hAnsi="Segoe UI Symbol" w:cs="Segoe UI Symbol"/>
          <w:sz w:val="24"/>
          <w:szCs w:val="24"/>
        </w:rPr>
        <w:t>☐</w:t>
      </w:r>
      <w:r w:rsidRPr="007722E1">
        <w:rPr>
          <w:rFonts w:ascii="Times New Roman" w:hAnsi="Times New Roman" w:cs="Times New Roman"/>
          <w:sz w:val="24"/>
          <w:szCs w:val="24"/>
        </w:rPr>
        <w:t xml:space="preserve"> Az adatkezelési tájékoztatót megismertem, és tudomásul veszem a program végrehajtásához szükséges adatkezelést.</w:t>
      </w:r>
    </w:p>
    <w:p w14:paraId="6114CCAF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br/>
        <w:t>Igénylő aláírása: __________________________    Dátum: __________________</w:t>
      </w:r>
    </w:p>
    <w:p w14:paraId="75FD358E" w14:textId="77777777" w:rsidR="00043792" w:rsidRPr="007722E1" w:rsidRDefault="00000000" w:rsidP="007722E1">
      <w:pPr>
        <w:pStyle w:val="Cmsor1"/>
        <w:jc w:val="both"/>
        <w:rPr>
          <w:rFonts w:ascii="Times New Roman" w:hAnsi="Times New Roman" w:cs="Times New Roman"/>
          <w:color w:val="auto"/>
          <w:szCs w:val="24"/>
        </w:rPr>
      </w:pPr>
      <w:r w:rsidRPr="007722E1">
        <w:rPr>
          <w:rFonts w:ascii="Times New Roman" w:hAnsi="Times New Roman" w:cs="Times New Roman"/>
          <w:color w:val="auto"/>
          <w:szCs w:val="24"/>
        </w:rPr>
        <w:t>Sikeres regisztráció / ellenjegyzés</w:t>
      </w:r>
    </w:p>
    <w:p w14:paraId="0DFC7C94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A fenti igénylő regisztrációját és a program feltételeinek megismerését igazolom. A nyomtatvány a Longó Faiskolában történő átvételre felhasználható.</w:t>
      </w:r>
    </w:p>
    <w:p w14:paraId="2A43F423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Molnár István aláírása: __________________________    Dátum: __________________</w:t>
      </w:r>
    </w:p>
    <w:p w14:paraId="0BF9A94D" w14:textId="77777777" w:rsidR="00043792" w:rsidRPr="007722E1" w:rsidRDefault="00000000" w:rsidP="007722E1">
      <w:pPr>
        <w:pStyle w:val="Cmsor1"/>
        <w:jc w:val="both"/>
        <w:rPr>
          <w:rFonts w:ascii="Times New Roman" w:hAnsi="Times New Roman" w:cs="Times New Roman"/>
          <w:color w:val="auto"/>
          <w:szCs w:val="24"/>
        </w:rPr>
      </w:pPr>
      <w:r w:rsidRPr="007722E1">
        <w:rPr>
          <w:rFonts w:ascii="Times New Roman" w:hAnsi="Times New Roman" w:cs="Times New Roman"/>
          <w:color w:val="auto"/>
          <w:szCs w:val="24"/>
        </w:rPr>
        <w:t>Faiskolai átadás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043792" w:rsidRPr="007722E1" w14:paraId="61E2A1A9" w14:textId="77777777">
        <w:tc>
          <w:tcPr>
            <w:tcW w:w="2493" w:type="dxa"/>
          </w:tcPr>
          <w:p w14:paraId="03E0A680" w14:textId="77777777" w:rsidR="00043792" w:rsidRPr="007722E1" w:rsidRDefault="00000000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2E1">
              <w:rPr>
                <w:rFonts w:ascii="Times New Roman" w:hAnsi="Times New Roman" w:cs="Times New Roman"/>
                <w:sz w:val="24"/>
                <w:szCs w:val="24"/>
              </w:rPr>
              <w:t>Ténylegesen átadott faj/fajta</w:t>
            </w:r>
          </w:p>
        </w:tc>
        <w:tc>
          <w:tcPr>
            <w:tcW w:w="2493" w:type="dxa"/>
          </w:tcPr>
          <w:p w14:paraId="5C602077" w14:textId="77777777" w:rsidR="00043792" w:rsidRPr="007722E1" w:rsidRDefault="00000000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2E1">
              <w:rPr>
                <w:rFonts w:ascii="Times New Roman" w:hAnsi="Times New Roman" w:cs="Times New Roman"/>
                <w:sz w:val="24"/>
                <w:szCs w:val="24"/>
              </w:rPr>
              <w:t>Darab</w:t>
            </w:r>
          </w:p>
        </w:tc>
        <w:tc>
          <w:tcPr>
            <w:tcW w:w="2493" w:type="dxa"/>
          </w:tcPr>
          <w:p w14:paraId="6ECA5643" w14:textId="77777777" w:rsidR="00043792" w:rsidRPr="007722E1" w:rsidRDefault="00000000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2E1">
              <w:rPr>
                <w:rFonts w:ascii="Times New Roman" w:hAnsi="Times New Roman" w:cs="Times New Roman"/>
                <w:sz w:val="24"/>
                <w:szCs w:val="24"/>
              </w:rPr>
              <w:t>Méret/állapot</w:t>
            </w:r>
          </w:p>
        </w:tc>
        <w:tc>
          <w:tcPr>
            <w:tcW w:w="2493" w:type="dxa"/>
          </w:tcPr>
          <w:p w14:paraId="635C2ACB" w14:textId="77777777" w:rsidR="00043792" w:rsidRPr="007722E1" w:rsidRDefault="00000000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2E1">
              <w:rPr>
                <w:rFonts w:ascii="Times New Roman" w:hAnsi="Times New Roman" w:cs="Times New Roman"/>
                <w:sz w:val="24"/>
                <w:szCs w:val="24"/>
              </w:rPr>
              <w:t>Megjegyzés</w:t>
            </w:r>
          </w:p>
        </w:tc>
      </w:tr>
      <w:tr w:rsidR="00043792" w:rsidRPr="007722E1" w14:paraId="009C9664" w14:textId="77777777">
        <w:tc>
          <w:tcPr>
            <w:tcW w:w="2493" w:type="dxa"/>
          </w:tcPr>
          <w:p w14:paraId="4E60AA28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6D6CB198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7DE61817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7F371E91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792" w:rsidRPr="007722E1" w14:paraId="7C5CE006" w14:textId="77777777">
        <w:tc>
          <w:tcPr>
            <w:tcW w:w="2493" w:type="dxa"/>
          </w:tcPr>
          <w:p w14:paraId="12423B98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11F4F1B7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7CE9C0FF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2E9DF215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792" w:rsidRPr="007722E1" w14:paraId="400F4AE3" w14:textId="77777777">
        <w:tc>
          <w:tcPr>
            <w:tcW w:w="2493" w:type="dxa"/>
          </w:tcPr>
          <w:p w14:paraId="120B4290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550555DE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8BC1165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71F4312C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792" w:rsidRPr="007722E1" w14:paraId="2C562648" w14:textId="77777777">
        <w:tc>
          <w:tcPr>
            <w:tcW w:w="2493" w:type="dxa"/>
          </w:tcPr>
          <w:p w14:paraId="25B8C181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3BE43FF0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3E75BE5E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614F05E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792" w:rsidRPr="007722E1" w14:paraId="67247AD4" w14:textId="77777777">
        <w:tc>
          <w:tcPr>
            <w:tcW w:w="2493" w:type="dxa"/>
          </w:tcPr>
          <w:p w14:paraId="000773B9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38EF3256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B6AD493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5C69EFE1" w14:textId="77777777" w:rsidR="00043792" w:rsidRPr="007722E1" w:rsidRDefault="00043792" w:rsidP="00772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890D06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Átadás dátuma: __________________</w:t>
      </w:r>
    </w:p>
    <w:p w14:paraId="0DC5A29B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Longó Faiskola – eladó aláírása: __________________________</w:t>
      </w:r>
    </w:p>
    <w:p w14:paraId="71FBDEDC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>Igénylő – átvétel igazolása: ______________________________</w:t>
      </w:r>
    </w:p>
    <w:p w14:paraId="66A193DB" w14:textId="77777777" w:rsidR="00043792" w:rsidRPr="007722E1" w:rsidRDefault="00000000" w:rsidP="007722E1">
      <w:pPr>
        <w:jc w:val="both"/>
        <w:rPr>
          <w:rFonts w:ascii="Times New Roman" w:hAnsi="Times New Roman" w:cs="Times New Roman"/>
          <w:sz w:val="24"/>
          <w:szCs w:val="24"/>
        </w:rPr>
      </w:pPr>
      <w:r w:rsidRPr="007722E1">
        <w:rPr>
          <w:rFonts w:ascii="Times New Roman" w:hAnsi="Times New Roman" w:cs="Times New Roman"/>
          <w:sz w:val="24"/>
          <w:szCs w:val="24"/>
        </w:rPr>
        <w:t xml:space="preserve">Példány: </w:t>
      </w:r>
      <w:r w:rsidRPr="007722E1">
        <w:rPr>
          <w:rFonts w:ascii="Segoe UI Symbol" w:hAnsi="Segoe UI Symbol" w:cs="Segoe UI Symbol"/>
          <w:sz w:val="24"/>
          <w:szCs w:val="24"/>
        </w:rPr>
        <w:t>☐</w:t>
      </w:r>
      <w:r w:rsidRPr="007722E1">
        <w:rPr>
          <w:rFonts w:ascii="Times New Roman" w:hAnsi="Times New Roman" w:cs="Times New Roman"/>
          <w:sz w:val="24"/>
          <w:szCs w:val="24"/>
        </w:rPr>
        <w:t xml:space="preserve"> Városszépítő Egyesület/Molnár </w:t>
      </w:r>
      <w:proofErr w:type="gramStart"/>
      <w:r w:rsidRPr="007722E1">
        <w:rPr>
          <w:rFonts w:ascii="Times New Roman" w:hAnsi="Times New Roman" w:cs="Times New Roman"/>
          <w:sz w:val="24"/>
          <w:szCs w:val="24"/>
        </w:rPr>
        <w:t xml:space="preserve">István  </w:t>
      </w:r>
      <w:r w:rsidRPr="007722E1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7722E1">
        <w:rPr>
          <w:rFonts w:ascii="Times New Roman" w:hAnsi="Times New Roman" w:cs="Times New Roman"/>
          <w:sz w:val="24"/>
          <w:szCs w:val="24"/>
        </w:rPr>
        <w:t xml:space="preserve"> Longó </w:t>
      </w:r>
      <w:proofErr w:type="gramStart"/>
      <w:r w:rsidRPr="007722E1">
        <w:rPr>
          <w:rFonts w:ascii="Times New Roman" w:hAnsi="Times New Roman" w:cs="Times New Roman"/>
          <w:sz w:val="24"/>
          <w:szCs w:val="24"/>
        </w:rPr>
        <w:t xml:space="preserve">Faiskola  </w:t>
      </w:r>
      <w:r w:rsidRPr="007722E1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7722E1">
        <w:rPr>
          <w:rFonts w:ascii="Times New Roman" w:hAnsi="Times New Roman" w:cs="Times New Roman"/>
          <w:sz w:val="24"/>
          <w:szCs w:val="24"/>
        </w:rPr>
        <w:t xml:space="preserve"> Igénylő</w:t>
      </w:r>
    </w:p>
    <w:sectPr w:rsidR="00043792" w:rsidRPr="007722E1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6827827">
    <w:abstractNumId w:val="8"/>
  </w:num>
  <w:num w:numId="2" w16cid:durableId="350567145">
    <w:abstractNumId w:val="6"/>
  </w:num>
  <w:num w:numId="3" w16cid:durableId="1937782795">
    <w:abstractNumId w:val="5"/>
  </w:num>
  <w:num w:numId="4" w16cid:durableId="1024596834">
    <w:abstractNumId w:val="4"/>
  </w:num>
  <w:num w:numId="5" w16cid:durableId="154225222">
    <w:abstractNumId w:val="7"/>
  </w:num>
  <w:num w:numId="6" w16cid:durableId="599948195">
    <w:abstractNumId w:val="3"/>
  </w:num>
  <w:num w:numId="7" w16cid:durableId="1047295168">
    <w:abstractNumId w:val="2"/>
  </w:num>
  <w:num w:numId="8" w16cid:durableId="490484883">
    <w:abstractNumId w:val="1"/>
  </w:num>
  <w:num w:numId="9" w16cid:durableId="25332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792"/>
    <w:rsid w:val="0006063C"/>
    <w:rsid w:val="0015074B"/>
    <w:rsid w:val="0029639D"/>
    <w:rsid w:val="002A5450"/>
    <w:rsid w:val="00326F90"/>
    <w:rsid w:val="007722E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672A06"/>
  <w14:defaultImageDpi w14:val="300"/>
  <w15:docId w15:val="{783F40ED-F8DB-4CC4-BF62-DC74236F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rial" w:hAnsi="Arial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Önkormányzat Körösladany</cp:lastModifiedBy>
  <cp:revision>2</cp:revision>
  <dcterms:created xsi:type="dcterms:W3CDTF">2026-10-06T14:13:00Z</dcterms:created>
  <dcterms:modified xsi:type="dcterms:W3CDTF">2026-10-06T14:13:00Z</dcterms:modified>
  <cp:category/>
</cp:coreProperties>
</file>